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הקריאה: לפני, בזמן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אסטרטגיות שייכות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מלאה: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בעזרת ההקשר שסביבה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אחרי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אסטרטגיה ושלב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(בזמן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(כרטיס SOS)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מנחשים מראש מה יהיה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איתור שייכת לשלב אחרי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כותרות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ראיה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נימוק (כי...)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טענה ברורה, נימוק עם המילה כי, ודוגמה קונקרטית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תמונה, ניבוי, סוגה או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מבטאת רגש או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+ נימוק +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הפוסטר על הלוח ולעבור על השלבים יחד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משפט של טענה-נימוק-דוגמה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בזיהוי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כשקוראים טקסט אפשר להשתמש במסלול ניווט מסודר: לפני הקריאה מתכוננים, בזמן הקריאה עוצרים ובודקים, ואחרי הקריאה מסכמים ועונים. יש גם כרטיסי SOS לרגעים שבהם נתקעים.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נימוק  ·  כותרות משנה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לפני הקריאה כדי לדעת מה הטקסט מבטיח?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ראיה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מבינים מילה לא מוכרת בזמן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מניחים שהיא לא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בעזרת ההקשר שסביבה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מדלגים על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השלב השלישי והאחרון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התאמה: אסטרטגיה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בזמן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מפת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כרטיס SOS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נשימה עמוקה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ניבוי נעשה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שאלת איתור נעשית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תשובה מלאה בנויה מטענה,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הקריאה סורקים את מבנה הטקסט ואת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נימוק (כי...)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ראיה מהטקסט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קטע קצר שקראתם לאחרונה וכתבו עליו תשובה מלאה: טענה, נימוק ודוגמה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בודקים לפני שמתחילים לקרוא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להבדל בין עובדה לדעה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